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6A07"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3CAB74D2" w14:textId="77777777" w:rsidR="00384195" w:rsidRDefault="003B47EE">
      <w:pPr>
        <w:jc w:val="center"/>
      </w:pPr>
      <w:r>
        <w:t>2026</w:t>
      </w:r>
      <w:r>
        <w:br/>
        <w:t>USA Shooting Shotgun Fall Selections</w:t>
      </w:r>
      <w:r>
        <w:br/>
        <w:t>Match Program</w:t>
      </w:r>
    </w:p>
    <w:p w14:paraId="18AD73CF" w14:textId="77777777" w:rsidR="00384195" w:rsidRDefault="003B47EE">
      <w:r>
        <w:t>Shotgun Athletes,</w:t>
      </w:r>
    </w:p>
    <w:p w14:paraId="58CF9BF5" w14:textId="19723591" w:rsidR="0049410A" w:rsidRDefault="003B47EE" w:rsidP="00243632">
      <w:pPr>
        <w:rPr>
          <w:b/>
        </w:rPr>
      </w:pPr>
      <w:r>
        <w:rPr>
          <w:b/>
        </w:rPr>
        <w:t>USA Shooting is pleased to officially announce the 2026</w:t>
      </w:r>
      <w:r w:rsidR="00243632">
        <w:rPr>
          <w:b/>
        </w:rPr>
        <w:t xml:space="preserve"> Shotgun</w:t>
      </w:r>
      <w:r>
        <w:rPr>
          <w:b/>
        </w:rPr>
        <w:t xml:space="preserve"> Fall Selection Match that will be held in Colorado Springs, Colorado, </w:t>
      </w:r>
      <w:r w:rsidR="00243632">
        <w:rPr>
          <w:b/>
        </w:rPr>
        <w:t>at the USA Shooting Shotgun Range at Fort Carson, A</w:t>
      </w:r>
      <w:r>
        <w:rPr>
          <w:b/>
        </w:rPr>
        <w:t xml:space="preserve">ugust </w:t>
      </w:r>
      <w:r w:rsidR="00243632">
        <w:rPr>
          <w:b/>
        </w:rPr>
        <w:t>28</w:t>
      </w:r>
      <w:r>
        <w:rPr>
          <w:b/>
        </w:rPr>
        <w:t>-</w:t>
      </w:r>
      <w:r w:rsidR="00243632">
        <w:rPr>
          <w:b/>
        </w:rPr>
        <w:t>September 7</w:t>
      </w:r>
      <w:r>
        <w:rPr>
          <w:b/>
        </w:rPr>
        <w:t>, 2026.</w:t>
      </w:r>
    </w:p>
    <w:p w14:paraId="2F9EF234" w14:textId="77777777"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7FBE7374" w14:textId="77777777" w:rsidR="00384195" w:rsidRDefault="003B47EE">
      <w:r>
        <w:rPr>
          <w:b/>
        </w:rPr>
        <w:t>We hope to see you at the match</w:t>
      </w:r>
      <w:r w:rsidR="0049410A">
        <w:rPr>
          <w:b/>
        </w:rPr>
        <w:t>.</w:t>
      </w:r>
    </w:p>
    <w:p w14:paraId="48601CAE" w14:textId="77777777" w:rsidR="00384195" w:rsidRDefault="003B47EE">
      <w:r>
        <w:rPr>
          <w:b/>
        </w:rPr>
        <w:t>Ashley MacAllister, Match Director</w:t>
      </w:r>
    </w:p>
    <w:p w14:paraId="2A391CA6" w14:textId="77777777" w:rsidR="00384195" w:rsidRDefault="003B47EE">
      <w:r>
        <w:br w:type="page"/>
      </w:r>
    </w:p>
    <w:p w14:paraId="6C0CD32F" w14:textId="77777777" w:rsidR="00384195" w:rsidRDefault="003B47EE">
      <w:r>
        <w:lastRenderedPageBreak/>
        <w:t>2026 USA Shooting Shotgun Fall Selections</w:t>
      </w:r>
    </w:p>
    <w:p w14:paraId="430EABD5" w14:textId="77777777" w:rsidR="00384195" w:rsidRDefault="003B47EE">
      <w:pPr>
        <w:pStyle w:val="Heading2"/>
      </w:pPr>
      <w:r>
        <w:t>Match Dates</w:t>
      </w:r>
    </w:p>
    <w:p w14:paraId="24E2EAAA" w14:textId="77777777" w:rsidR="00384195" w:rsidRDefault="003B47EE">
      <w:r>
        <w:t>Colorado Springs, CO</w:t>
      </w:r>
    </w:p>
    <w:p w14:paraId="2CEC23AC" w14:textId="77777777" w:rsidR="00243632" w:rsidRPr="00243632" w:rsidRDefault="00243632" w:rsidP="00243632">
      <w:r w:rsidRPr="00243632">
        <w:t>Aug 28- Sept 1, 2026 -Skeet</w:t>
      </w:r>
    </w:p>
    <w:p w14:paraId="7A213993" w14:textId="77777777" w:rsidR="00243632" w:rsidRPr="00243632" w:rsidRDefault="00243632" w:rsidP="00243632">
      <w:r w:rsidRPr="00243632">
        <w:t>Sept 3-7, 2026 -Trap</w:t>
      </w:r>
    </w:p>
    <w:p w14:paraId="37E6A771" w14:textId="77777777" w:rsidR="00384195" w:rsidRDefault="003B47EE">
      <w:pPr>
        <w:pStyle w:val="Heading2"/>
      </w:pPr>
      <w:r>
        <w:t>Locations</w:t>
      </w:r>
    </w:p>
    <w:p w14:paraId="34118C98" w14:textId="204B65FB" w:rsidR="00243632" w:rsidRDefault="00243632">
      <w:r>
        <w:t>USA Shooting Olympic Shotgun Range</w:t>
      </w:r>
      <w:r w:rsidR="003B47EE">
        <w:br/>
      </w:r>
      <w:r>
        <w:t>Fort Carson</w:t>
      </w:r>
    </w:p>
    <w:p w14:paraId="58E76A53" w14:textId="5AEA9A4D" w:rsidR="00243632" w:rsidRDefault="00243632">
      <w:r>
        <w:t>Directions to the Fort Carson Shotgun Range can be found on the events page of the USA Shooting website.</w:t>
      </w:r>
    </w:p>
    <w:p w14:paraId="0F0ECDAF" w14:textId="736EAF39" w:rsidR="00243632" w:rsidRDefault="00243632">
      <w:hyperlink r:id="rId9" w:history="1">
        <w:r w:rsidRPr="00694158">
          <w:rPr>
            <w:rStyle w:val="Hyperlink"/>
          </w:rPr>
          <w:t>https://usashooting.org/get-involved/events/</w:t>
        </w:r>
      </w:hyperlink>
    </w:p>
    <w:p w14:paraId="246B8227" w14:textId="77777777" w:rsidR="00384195" w:rsidRDefault="003B47EE">
      <w:pPr>
        <w:pStyle w:val="Heading2"/>
      </w:pPr>
      <w:r>
        <w:t>Match Director</w:t>
      </w:r>
    </w:p>
    <w:p w14:paraId="4B6CD6CD" w14:textId="77777777" w:rsidR="00384195" w:rsidRDefault="003B47EE">
      <w:r>
        <w:t>Ashley MacAllister; ashley.macallister@usashooting.org</w:t>
      </w:r>
    </w:p>
    <w:p w14:paraId="29795F00" w14:textId="77777777" w:rsidR="00384195" w:rsidRDefault="003B47EE">
      <w:pPr>
        <w:pStyle w:val="Heading2"/>
      </w:pPr>
      <w:r>
        <w:t>Eligibility</w:t>
      </w:r>
    </w:p>
    <w:p w14:paraId="303E4563" w14:textId="07D15BF6" w:rsidR="00384195" w:rsidRDefault="003B47EE">
      <w:r>
        <w:t xml:space="preserve">All Athletes must be a current Member of USA Shooting. If you are not currently a member, use this link to register or renew: </w:t>
      </w:r>
      <w:r w:rsidR="00243632">
        <w:t>link will be posted when the migration to Sport80 platform is completed</w:t>
      </w:r>
    </w:p>
    <w:p w14:paraId="5FF8BE41" w14:textId="77777777" w:rsidR="00384195" w:rsidRDefault="003B47EE">
      <w:r>
        <w:t xml:space="preserve">Junior Athletes </w:t>
      </w:r>
      <w:r w:rsidR="00F914C6">
        <w:t>are classified as those who are</w:t>
      </w:r>
      <w:r>
        <w:t xml:space="preserve"> 21 </w:t>
      </w:r>
      <w:r w:rsidR="00F914C6">
        <w:t>and</w:t>
      </w:r>
      <w:r>
        <w:t xml:space="preserve"> under before Dec 31, 2026.</w:t>
      </w:r>
    </w:p>
    <w:p w14:paraId="64A7B4E7" w14:textId="77777777" w:rsidR="00384195" w:rsidRDefault="003B47EE">
      <w:pPr>
        <w:pStyle w:val="Heading2"/>
      </w:pPr>
      <w:r>
        <w:t>Registration &amp; Fees</w:t>
      </w:r>
    </w:p>
    <w:p w14:paraId="10D3F456" w14:textId="51750E0E" w:rsidR="00384195" w:rsidRDefault="00243632">
      <w:r>
        <w:t>$325 per event</w:t>
      </w:r>
      <w:r w:rsidR="003B47EE">
        <w:br/>
      </w:r>
      <w:r w:rsidR="003B47EE">
        <w:br/>
        <w:t>Athletes competing in both events must register separately for each event.</w:t>
      </w:r>
    </w:p>
    <w:p w14:paraId="7F5FFE54" w14:textId="77777777" w:rsidR="00384195" w:rsidRPr="003D7C07" w:rsidRDefault="003B47EE">
      <w:r w:rsidRPr="003D7C07">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20ACD8E6" w14:textId="77777777" w:rsidR="00384195" w:rsidRPr="003D7C07" w:rsidRDefault="003B47EE">
      <w:r w:rsidRPr="003D7C07">
        <w:t>Individual and Coach registration links will be published at that time.</w:t>
      </w:r>
    </w:p>
    <w:p w14:paraId="2209B71D" w14:textId="77777777" w:rsidR="00384195" w:rsidRDefault="003B47EE">
      <w:r w:rsidRPr="003D7C07">
        <w:t>Late entries are subject to approval by the Match Director and may include a late entry fee.</w:t>
      </w:r>
    </w:p>
    <w:p w14:paraId="69C298EB" w14:textId="77777777" w:rsidR="00384195" w:rsidRDefault="003B47EE">
      <w:pPr>
        <w:pStyle w:val="Heading2"/>
      </w:pPr>
      <w:r>
        <w:t>Cancellation Policy</w:t>
      </w:r>
    </w:p>
    <w:p w14:paraId="697150DA" w14:textId="1AE152AF" w:rsidR="00384195" w:rsidRDefault="003B47EE">
      <w:r>
        <w:t xml:space="preserve">Cancellations prior to August </w:t>
      </w:r>
      <w:r w:rsidR="0004541D">
        <w:t>21</w:t>
      </w:r>
      <w:r>
        <w:t>, 2026 will receive a full refund of match fees, minus a small administrative fee.</w:t>
      </w:r>
    </w:p>
    <w:p w14:paraId="3B37A119" w14:textId="3E2F37BD" w:rsidR="00384195" w:rsidRDefault="003B47EE">
      <w:r>
        <w:t xml:space="preserve">Cancellations after August </w:t>
      </w:r>
      <w:r w:rsidR="0004541D">
        <w:t>21</w:t>
      </w:r>
      <w:r>
        <w:t>, 2026 will not be refunded, except for emergencies or illness.</w:t>
      </w:r>
    </w:p>
    <w:p w14:paraId="602C171E" w14:textId="77777777" w:rsidR="00F13788" w:rsidRDefault="00F13788">
      <w:pPr>
        <w:rPr>
          <w:rFonts w:asciiTheme="majorHAnsi" w:eastAsiaTheme="majorEastAsia" w:hAnsiTheme="majorHAnsi" w:cstheme="majorBidi"/>
          <w:b/>
          <w:bCs/>
          <w:color w:val="002D62"/>
          <w:sz w:val="26"/>
          <w:szCs w:val="26"/>
        </w:rPr>
      </w:pPr>
      <w:r>
        <w:br w:type="page"/>
      </w:r>
    </w:p>
    <w:p w14:paraId="167FCE57" w14:textId="77777777" w:rsidR="00384195" w:rsidRDefault="003B47EE">
      <w:pPr>
        <w:pStyle w:val="Heading2"/>
      </w:pPr>
      <w:r>
        <w:lastRenderedPageBreak/>
        <w:t>SafeSport &amp; Background Screening</w:t>
      </w:r>
    </w:p>
    <w:p w14:paraId="401B9D6C" w14:textId="6D718BA7" w:rsidR="00384195" w:rsidRDefault="003B47EE">
      <w:r>
        <w:t>SafeSport Training and Background Screening is required for Coaches over the age of 18</w:t>
      </w:r>
      <w:r w:rsidR="00F914C6">
        <w:t xml:space="preserve"> is required</w:t>
      </w:r>
      <w:r>
        <w:t>.</w:t>
      </w:r>
    </w:p>
    <w:p w14:paraId="7E730C73" w14:textId="0A11E1C4" w:rsidR="00384195" w:rsidRDefault="003B47EE">
      <w:r>
        <w:t>SafeSport training can be found through your membership profile at</w:t>
      </w:r>
      <w:r w:rsidR="00B525D8">
        <w:t xml:space="preserve"> </w:t>
      </w:r>
      <w:hyperlink r:id="rId10" w:history="1">
        <w:r w:rsidR="00B525D8" w:rsidRPr="00B525D8">
          <w:rPr>
            <w:rStyle w:val="Hyperlink"/>
          </w:rPr>
          <w:t>https://usashooting.sport80.com/home</w:t>
        </w:r>
      </w:hyperlink>
      <w:r>
        <w:t>, in the "Membership Information" section. SafeSport Training can be started through the "SafeSport Training" tab on the left-hand column of your profile.</w:t>
      </w:r>
    </w:p>
    <w:p w14:paraId="1EB19E47" w14:textId="77777777" w:rsidR="00384195" w:rsidRDefault="003B47EE">
      <w:r>
        <w:t>All Coaches, Athletes, and Guardians should familiarize themselves with the following policies:</w:t>
      </w:r>
    </w:p>
    <w:p w14:paraId="1F11BF12" w14:textId="77777777" w:rsidR="00384195" w:rsidRDefault="003B47EE">
      <w:r>
        <w:t>Minor Athlete Abuse Prevention Policies (MAAPPs)</w:t>
      </w:r>
      <w:r>
        <w:br/>
      </w:r>
      <w:hyperlink r:id="rId11" w:history="1">
        <w:r w:rsidRPr="00F914C6">
          <w:rPr>
            <w:rStyle w:val="Hyperlink"/>
          </w:rPr>
          <w:t>https://uscenterforsafesport.org/training-and-education/minor-athlete-abuse-prevention-policies/</w:t>
        </w:r>
      </w:hyperlink>
      <w:r>
        <w:t xml:space="preserve"> and</w:t>
      </w:r>
      <w:r>
        <w:br/>
      </w:r>
      <w:hyperlink r:id="rId12" w:history="1">
        <w:r w:rsidRPr="00F914C6">
          <w:rPr>
            <w:rStyle w:val="Hyperlink"/>
          </w:rPr>
          <w:t>https://usashooting.org/resource-center/#category-safesport</w:t>
        </w:r>
      </w:hyperlink>
    </w:p>
    <w:p w14:paraId="06DBCEA3" w14:textId="77777777" w:rsidR="00384195" w:rsidRDefault="003B47EE">
      <w:hyperlink r:id="rId13" w:anchor="category-safesport" w:history="1">
        <w:r w:rsidRPr="00F914C6">
          <w:rPr>
            <w:rStyle w:val="Hyperlink"/>
          </w:rPr>
          <w:t>Reporting Policy</w:t>
        </w:r>
      </w:hyperlink>
      <w:r>
        <w:t xml:space="preserve"> for all alleged sexual, emotional abuse, physical abuse, and violations of the MAAPP</w:t>
      </w:r>
    </w:p>
    <w:p w14:paraId="3993066D" w14:textId="77777777" w:rsidR="00384195" w:rsidRDefault="003B47EE">
      <w:r>
        <w:t>USA Shooting Reporting Policy and USA Shooting</w:t>
      </w:r>
      <w:hyperlink r:id="rId14" w:anchor="category-safesport" w:history="1">
        <w:r w:rsidRPr="00F914C6">
          <w:rPr>
            <w:rStyle w:val="Hyperlink"/>
          </w:rPr>
          <w:t xml:space="preserve"> Quality Control Policy</w:t>
        </w:r>
      </w:hyperlink>
      <w:r>
        <w:t>.</w:t>
      </w:r>
    </w:p>
    <w:p w14:paraId="792197B1" w14:textId="77777777" w:rsidR="00384195" w:rsidRDefault="003B47EE">
      <w:pPr>
        <w:pStyle w:val="Heading2"/>
      </w:pPr>
      <w:r>
        <w:t>Check-In</w:t>
      </w:r>
    </w:p>
    <w:p w14:paraId="132106A9" w14:textId="77777777" w:rsidR="0029087C" w:rsidRDefault="003B47EE">
      <w:r>
        <w:t>ATHLETES</w:t>
      </w:r>
      <w:r>
        <w:br/>
      </w:r>
      <w:r>
        <w:br/>
        <w:t>All athletes must complete event check-in prior to the start of Match Day 1.</w:t>
      </w:r>
      <w:r>
        <w:br/>
      </w:r>
      <w:r>
        <w:br/>
      </w:r>
      <w:r w:rsidR="00243632">
        <w:t>Check in will open at noon the day before PET</w:t>
      </w:r>
      <w:r w:rsidR="0029087C">
        <w:t>. You can check in for the event at the Clubhouse.</w:t>
      </w:r>
    </w:p>
    <w:p w14:paraId="640A0856" w14:textId="7CE7E48F" w:rsidR="00384195" w:rsidRDefault="003B47EE" w:rsidP="0029087C">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Coaches who do not have current SafeSport certification and an approved background screening on file with USA Shooting will not be eligible to receive a coaching wristband or access athlete competition areas.</w:t>
      </w:r>
      <w:r>
        <w:br/>
      </w:r>
      <w:r>
        <w:br/>
        <w:t>Schedule</w:t>
      </w:r>
    </w:p>
    <w:p w14:paraId="6FEEBF14"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5"/>
        <w:gridCol w:w="3404"/>
        <w:gridCol w:w="3405"/>
      </w:tblGrid>
      <w:tr w:rsidR="00384195" w14:paraId="15FEDEC7" w14:textId="77777777" w:rsidTr="00F96E27">
        <w:trPr>
          <w:tblHeader/>
          <w:jc w:val="center"/>
        </w:trPr>
        <w:tc>
          <w:tcPr>
            <w:tcW w:w="3405" w:type="dxa"/>
            <w:shd w:val="clear" w:color="auto" w:fill="D9EAF7"/>
            <w:vAlign w:val="center"/>
          </w:tcPr>
          <w:p w14:paraId="35255B6D" w14:textId="77777777" w:rsidR="00384195" w:rsidRDefault="003B47EE">
            <w:r>
              <w:t>Date</w:t>
            </w:r>
          </w:p>
        </w:tc>
        <w:tc>
          <w:tcPr>
            <w:tcW w:w="3404" w:type="dxa"/>
            <w:shd w:val="clear" w:color="auto" w:fill="D9EAF7"/>
            <w:vAlign w:val="center"/>
          </w:tcPr>
          <w:p w14:paraId="7531337F" w14:textId="77777777" w:rsidR="00384195" w:rsidRDefault="003B47EE">
            <w:r>
              <w:t>Day</w:t>
            </w:r>
          </w:p>
        </w:tc>
        <w:tc>
          <w:tcPr>
            <w:tcW w:w="3405" w:type="dxa"/>
            <w:shd w:val="clear" w:color="auto" w:fill="D9EAF7"/>
            <w:vAlign w:val="center"/>
          </w:tcPr>
          <w:p w14:paraId="7B91733D" w14:textId="77777777" w:rsidR="00384195" w:rsidRDefault="003B47EE">
            <w:r>
              <w:t>Details</w:t>
            </w:r>
          </w:p>
        </w:tc>
      </w:tr>
      <w:tr w:rsidR="00384195" w14:paraId="22099A94" w14:textId="77777777" w:rsidTr="00F96E27">
        <w:trPr>
          <w:jc w:val="center"/>
        </w:trPr>
        <w:tc>
          <w:tcPr>
            <w:tcW w:w="3405" w:type="dxa"/>
          </w:tcPr>
          <w:p w14:paraId="6DB53642" w14:textId="7A923E4C" w:rsidR="00384195" w:rsidRDefault="003B47EE">
            <w:r>
              <w:t xml:space="preserve">August </w:t>
            </w:r>
            <w:r w:rsidR="0029087C">
              <w:t>28</w:t>
            </w:r>
            <w:r>
              <w:t>, 2026</w:t>
            </w:r>
          </w:p>
        </w:tc>
        <w:tc>
          <w:tcPr>
            <w:tcW w:w="3404" w:type="dxa"/>
          </w:tcPr>
          <w:p w14:paraId="5BEF6422" w14:textId="161AAAA2" w:rsidR="00384195" w:rsidRDefault="0029087C">
            <w:r>
              <w:t>Friday</w:t>
            </w:r>
          </w:p>
        </w:tc>
        <w:tc>
          <w:tcPr>
            <w:tcW w:w="3405" w:type="dxa"/>
          </w:tcPr>
          <w:p w14:paraId="09E14465" w14:textId="182A4B09" w:rsidR="00384195" w:rsidRDefault="003B47EE">
            <w:r>
              <w:t>Check-In &amp; PET</w:t>
            </w:r>
            <w:r w:rsidR="0029087C">
              <w:t xml:space="preserve"> Skeet</w:t>
            </w:r>
            <w:r>
              <w:t xml:space="preserve"> (Pre-Event Training)</w:t>
            </w:r>
          </w:p>
        </w:tc>
      </w:tr>
      <w:tr w:rsidR="00384195" w14:paraId="4F2DA69D" w14:textId="77777777" w:rsidTr="00F96E27">
        <w:trPr>
          <w:jc w:val="center"/>
        </w:trPr>
        <w:tc>
          <w:tcPr>
            <w:tcW w:w="3405" w:type="dxa"/>
          </w:tcPr>
          <w:p w14:paraId="657BE8F8" w14:textId="2C85D139" w:rsidR="00384195" w:rsidRDefault="003B47EE">
            <w:r>
              <w:t>August 2</w:t>
            </w:r>
            <w:r w:rsidR="0029087C">
              <w:t>9</w:t>
            </w:r>
            <w:r>
              <w:t>, 2026</w:t>
            </w:r>
          </w:p>
        </w:tc>
        <w:tc>
          <w:tcPr>
            <w:tcW w:w="3404" w:type="dxa"/>
          </w:tcPr>
          <w:p w14:paraId="5DA55DB0" w14:textId="2817881F" w:rsidR="00384195" w:rsidRDefault="0029087C">
            <w:r>
              <w:t>Saturday</w:t>
            </w:r>
          </w:p>
        </w:tc>
        <w:tc>
          <w:tcPr>
            <w:tcW w:w="3405" w:type="dxa"/>
          </w:tcPr>
          <w:p w14:paraId="2C0822D9" w14:textId="157C32D2" w:rsidR="00384195" w:rsidRDefault="0029087C">
            <w:r>
              <w:t>Skeet</w:t>
            </w:r>
            <w:r w:rsidR="003B47EE">
              <w:t xml:space="preserve"> Match </w:t>
            </w:r>
            <w:r w:rsidR="00F96E27">
              <w:t>75 targets</w:t>
            </w:r>
          </w:p>
        </w:tc>
      </w:tr>
      <w:tr w:rsidR="00384195" w14:paraId="780A8730" w14:textId="77777777" w:rsidTr="00F96E27">
        <w:trPr>
          <w:jc w:val="center"/>
        </w:trPr>
        <w:tc>
          <w:tcPr>
            <w:tcW w:w="3405" w:type="dxa"/>
          </w:tcPr>
          <w:p w14:paraId="255DAF53" w14:textId="595CA6AB" w:rsidR="00384195" w:rsidRDefault="003B47EE">
            <w:r>
              <w:t xml:space="preserve">August </w:t>
            </w:r>
            <w:r w:rsidR="0029087C">
              <w:t>30</w:t>
            </w:r>
            <w:r>
              <w:t>, 2026</w:t>
            </w:r>
          </w:p>
        </w:tc>
        <w:tc>
          <w:tcPr>
            <w:tcW w:w="3404" w:type="dxa"/>
          </w:tcPr>
          <w:p w14:paraId="161BD846" w14:textId="124121D6" w:rsidR="00384195" w:rsidRDefault="0029087C">
            <w:r>
              <w:t>Sunday</w:t>
            </w:r>
          </w:p>
        </w:tc>
        <w:tc>
          <w:tcPr>
            <w:tcW w:w="3405" w:type="dxa"/>
          </w:tcPr>
          <w:p w14:paraId="4544B618" w14:textId="0086A138" w:rsidR="00384195" w:rsidRDefault="0029087C">
            <w:r>
              <w:t>Skeet</w:t>
            </w:r>
            <w:r w:rsidR="003B47EE">
              <w:t xml:space="preserve"> Match</w:t>
            </w:r>
            <w:r w:rsidR="00F96E27">
              <w:t xml:space="preserve"> 50 targets</w:t>
            </w:r>
            <w:r w:rsidR="003B47EE">
              <w:t xml:space="preserve">, </w:t>
            </w:r>
            <w:r>
              <w:t>(Finals International and Sr categories)</w:t>
            </w:r>
          </w:p>
        </w:tc>
      </w:tr>
      <w:tr w:rsidR="00384195" w14:paraId="543B1D36" w14:textId="77777777" w:rsidTr="00F96E27">
        <w:trPr>
          <w:jc w:val="center"/>
        </w:trPr>
        <w:tc>
          <w:tcPr>
            <w:tcW w:w="3405" w:type="dxa"/>
          </w:tcPr>
          <w:p w14:paraId="46F13FC9" w14:textId="4E373EB7" w:rsidR="00384195" w:rsidRDefault="003B47EE">
            <w:r>
              <w:t xml:space="preserve">August </w:t>
            </w:r>
            <w:r w:rsidR="0029087C">
              <w:t>31</w:t>
            </w:r>
            <w:r>
              <w:t>, 2026</w:t>
            </w:r>
          </w:p>
        </w:tc>
        <w:tc>
          <w:tcPr>
            <w:tcW w:w="3404" w:type="dxa"/>
          </w:tcPr>
          <w:p w14:paraId="3028EBE5" w14:textId="1CB6D301" w:rsidR="00384195" w:rsidRDefault="0029087C">
            <w:r>
              <w:t>Monday</w:t>
            </w:r>
          </w:p>
        </w:tc>
        <w:tc>
          <w:tcPr>
            <w:tcW w:w="3405" w:type="dxa"/>
          </w:tcPr>
          <w:p w14:paraId="2CEE7CEB" w14:textId="4F4761FA" w:rsidR="00384195" w:rsidRDefault="0029087C">
            <w:r>
              <w:t xml:space="preserve">Skeet </w:t>
            </w:r>
            <w:r w:rsidR="003B47EE">
              <w:t>Match</w:t>
            </w:r>
            <w:r w:rsidR="00F96E27">
              <w:t>75 targets</w:t>
            </w:r>
          </w:p>
        </w:tc>
      </w:tr>
      <w:tr w:rsidR="00384195" w14:paraId="7F1AC1BA" w14:textId="77777777" w:rsidTr="00F96E27">
        <w:trPr>
          <w:jc w:val="center"/>
        </w:trPr>
        <w:tc>
          <w:tcPr>
            <w:tcW w:w="3405" w:type="dxa"/>
          </w:tcPr>
          <w:p w14:paraId="7ADC7249" w14:textId="20C53C8F" w:rsidR="00384195" w:rsidRDefault="0029087C">
            <w:r>
              <w:t>September</w:t>
            </w:r>
            <w:r w:rsidR="003B47EE">
              <w:t xml:space="preserve"> </w:t>
            </w:r>
            <w:r>
              <w:t>1</w:t>
            </w:r>
            <w:r w:rsidR="003B47EE">
              <w:t>, 2026</w:t>
            </w:r>
          </w:p>
        </w:tc>
        <w:tc>
          <w:tcPr>
            <w:tcW w:w="3404" w:type="dxa"/>
          </w:tcPr>
          <w:p w14:paraId="76195A45" w14:textId="1C2A2BFE" w:rsidR="00384195" w:rsidRDefault="0029087C">
            <w:r>
              <w:t>Tuesday</w:t>
            </w:r>
          </w:p>
        </w:tc>
        <w:tc>
          <w:tcPr>
            <w:tcW w:w="3405" w:type="dxa"/>
          </w:tcPr>
          <w:p w14:paraId="45A8FDBB" w14:textId="2E20BD84" w:rsidR="00384195" w:rsidRDefault="0029087C">
            <w:r>
              <w:t>Skeet</w:t>
            </w:r>
            <w:r w:rsidR="003B47EE">
              <w:t xml:space="preserve"> Match</w:t>
            </w:r>
            <w:r w:rsidR="00F96E27">
              <w:t>50 targets</w:t>
            </w:r>
            <w:r w:rsidR="003B47EE">
              <w:t xml:space="preserve">, </w:t>
            </w:r>
            <w:r>
              <w:t xml:space="preserve">Open &amp; Junior </w:t>
            </w:r>
            <w:r w:rsidR="003B47EE">
              <w:t>Match Finals &amp; Awards</w:t>
            </w:r>
          </w:p>
        </w:tc>
      </w:tr>
      <w:tr w:rsidR="00F96E27" w14:paraId="6CA77652" w14:textId="77777777" w:rsidTr="00F96E27">
        <w:tblPrEx>
          <w:jc w:val="left"/>
        </w:tblPrEx>
        <w:tc>
          <w:tcPr>
            <w:tcW w:w="3405" w:type="dxa"/>
          </w:tcPr>
          <w:p w14:paraId="1CFF7B1D" w14:textId="05F94118" w:rsidR="00F96E27" w:rsidRDefault="00F96E27" w:rsidP="00354715">
            <w:r>
              <w:t>September 3, 2026</w:t>
            </w:r>
          </w:p>
        </w:tc>
        <w:tc>
          <w:tcPr>
            <w:tcW w:w="3404" w:type="dxa"/>
          </w:tcPr>
          <w:p w14:paraId="1022BA44" w14:textId="0C84D2BF" w:rsidR="00F96E27" w:rsidRDefault="00F96E27" w:rsidP="00354715">
            <w:r>
              <w:t>Thursday</w:t>
            </w:r>
          </w:p>
        </w:tc>
        <w:tc>
          <w:tcPr>
            <w:tcW w:w="3405" w:type="dxa"/>
          </w:tcPr>
          <w:p w14:paraId="1F50750F" w14:textId="6DF9DD00" w:rsidR="00F96E27" w:rsidRDefault="00F96E27" w:rsidP="00354715">
            <w:r>
              <w:t>Check-In &amp; PET Trap (Pre-Event Training)</w:t>
            </w:r>
          </w:p>
        </w:tc>
      </w:tr>
      <w:tr w:rsidR="00F96E27" w14:paraId="1178EDA6" w14:textId="77777777" w:rsidTr="00F96E27">
        <w:tblPrEx>
          <w:jc w:val="left"/>
        </w:tblPrEx>
        <w:tc>
          <w:tcPr>
            <w:tcW w:w="3405" w:type="dxa"/>
          </w:tcPr>
          <w:p w14:paraId="6F7318A1" w14:textId="72DDE15E" w:rsidR="00F96E27" w:rsidRDefault="00F96E27" w:rsidP="00354715">
            <w:r>
              <w:t>September 4, 2026</w:t>
            </w:r>
          </w:p>
        </w:tc>
        <w:tc>
          <w:tcPr>
            <w:tcW w:w="3404" w:type="dxa"/>
          </w:tcPr>
          <w:p w14:paraId="2D84C79C" w14:textId="4CA57E0E" w:rsidR="00F96E27" w:rsidRDefault="00F96E27" w:rsidP="00354715">
            <w:r>
              <w:t>Friday</w:t>
            </w:r>
          </w:p>
        </w:tc>
        <w:tc>
          <w:tcPr>
            <w:tcW w:w="3405" w:type="dxa"/>
          </w:tcPr>
          <w:p w14:paraId="59EA6D88" w14:textId="0B9A5C43" w:rsidR="00F96E27" w:rsidRDefault="00F96E27" w:rsidP="00354715">
            <w:r>
              <w:t>Trap Match 75 targets</w:t>
            </w:r>
          </w:p>
        </w:tc>
      </w:tr>
      <w:tr w:rsidR="00F96E27" w14:paraId="57BC2138" w14:textId="77777777" w:rsidTr="00F96E27">
        <w:tblPrEx>
          <w:jc w:val="left"/>
        </w:tblPrEx>
        <w:tc>
          <w:tcPr>
            <w:tcW w:w="3405" w:type="dxa"/>
          </w:tcPr>
          <w:p w14:paraId="6741BAB7" w14:textId="45540433" w:rsidR="00F96E27" w:rsidRDefault="00F96E27" w:rsidP="00354715">
            <w:r>
              <w:lastRenderedPageBreak/>
              <w:t>September 5, 2026</w:t>
            </w:r>
          </w:p>
        </w:tc>
        <w:tc>
          <w:tcPr>
            <w:tcW w:w="3404" w:type="dxa"/>
          </w:tcPr>
          <w:p w14:paraId="5FA4EE46" w14:textId="3A046037" w:rsidR="00F96E27" w:rsidRDefault="00F96E27" w:rsidP="00354715">
            <w:r>
              <w:t>Saturday</w:t>
            </w:r>
          </w:p>
        </w:tc>
        <w:tc>
          <w:tcPr>
            <w:tcW w:w="3405" w:type="dxa"/>
          </w:tcPr>
          <w:p w14:paraId="5555CD91" w14:textId="5F1852CF" w:rsidR="00F96E27" w:rsidRDefault="00F96E27" w:rsidP="00354715">
            <w:r>
              <w:t>Trap Match 50 targets, (Finals International and Sr categories)</w:t>
            </w:r>
          </w:p>
        </w:tc>
      </w:tr>
      <w:tr w:rsidR="00F96E27" w14:paraId="0C08B584" w14:textId="77777777" w:rsidTr="00F96E27">
        <w:tblPrEx>
          <w:jc w:val="left"/>
        </w:tblPrEx>
        <w:tc>
          <w:tcPr>
            <w:tcW w:w="3405" w:type="dxa"/>
          </w:tcPr>
          <w:p w14:paraId="6753509C" w14:textId="7E1FDDD8" w:rsidR="00F96E27" w:rsidRDefault="00F96E27" w:rsidP="00354715">
            <w:r>
              <w:t>September 6, 2026</w:t>
            </w:r>
          </w:p>
        </w:tc>
        <w:tc>
          <w:tcPr>
            <w:tcW w:w="3404" w:type="dxa"/>
          </w:tcPr>
          <w:p w14:paraId="024866C3" w14:textId="0C3D4997" w:rsidR="00F96E27" w:rsidRDefault="00F96E27" w:rsidP="00354715">
            <w:r>
              <w:t>Sunday</w:t>
            </w:r>
          </w:p>
        </w:tc>
        <w:tc>
          <w:tcPr>
            <w:tcW w:w="3405" w:type="dxa"/>
          </w:tcPr>
          <w:p w14:paraId="2E9B0482" w14:textId="146D1748" w:rsidR="00F96E27" w:rsidRDefault="00F96E27" w:rsidP="00354715">
            <w:r>
              <w:t>Trap Match 75 targets</w:t>
            </w:r>
          </w:p>
        </w:tc>
      </w:tr>
      <w:tr w:rsidR="00F96E27" w14:paraId="718EE784" w14:textId="77777777" w:rsidTr="00F96E27">
        <w:tblPrEx>
          <w:jc w:val="left"/>
        </w:tblPrEx>
        <w:tc>
          <w:tcPr>
            <w:tcW w:w="3405" w:type="dxa"/>
          </w:tcPr>
          <w:p w14:paraId="45283B9B" w14:textId="2D14028F" w:rsidR="00F96E27" w:rsidRDefault="00F96E27" w:rsidP="00354715">
            <w:r>
              <w:t>September 7, 2026</w:t>
            </w:r>
          </w:p>
        </w:tc>
        <w:tc>
          <w:tcPr>
            <w:tcW w:w="3404" w:type="dxa"/>
          </w:tcPr>
          <w:p w14:paraId="33837B0E" w14:textId="5840A479" w:rsidR="00F96E27" w:rsidRDefault="00F96E27" w:rsidP="00354715">
            <w:r>
              <w:t>Monday</w:t>
            </w:r>
          </w:p>
        </w:tc>
        <w:tc>
          <w:tcPr>
            <w:tcW w:w="3405" w:type="dxa"/>
          </w:tcPr>
          <w:p w14:paraId="5614A871" w14:textId="28CE6B9E" w:rsidR="00F96E27" w:rsidRDefault="00F96E27" w:rsidP="00354715">
            <w:r>
              <w:t>Trap Match 50 targets, Open &amp; Junior Match Finals &amp; Awards</w:t>
            </w:r>
          </w:p>
        </w:tc>
      </w:tr>
    </w:tbl>
    <w:p w14:paraId="4086F1C2" w14:textId="77777777" w:rsidR="00384195" w:rsidRDefault="003B47EE">
      <w:pPr>
        <w:pStyle w:val="Heading2"/>
      </w:pPr>
      <w:r>
        <w:t>Start Lists</w:t>
      </w:r>
    </w:p>
    <w:p w14:paraId="13F57C9E" w14:textId="5BB2302C" w:rsidR="00384195" w:rsidRDefault="003B47EE">
      <w:r>
        <w:t xml:space="preserve">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t>
      </w:r>
      <w:r w:rsidR="0029087C">
        <w:t>Start lists will be released the afternoon before the event for the next day</w:t>
      </w:r>
      <w:r>
        <w:t>, please be aware that Start Lists are subject to change, so double-check your assignment on the day of the match!</w:t>
      </w:r>
    </w:p>
    <w:p w14:paraId="4BBA6468" w14:textId="77777777" w:rsidR="00384195" w:rsidRDefault="003B47EE">
      <w:pPr>
        <w:pStyle w:val="Heading2"/>
      </w:pPr>
      <w:r>
        <w:t>Course(s) of Fire</w:t>
      </w:r>
    </w:p>
    <w:p w14:paraId="3DD0F510" w14:textId="77777777" w:rsidR="00384195" w:rsidRDefault="003B47EE">
      <w:pPr>
        <w:pStyle w:val="Heading3"/>
      </w:pPr>
      <w:r>
        <w:t>Qualification</w:t>
      </w:r>
    </w:p>
    <w:p w14:paraId="145640E1" w14:textId="77777777" w:rsidR="00384195" w:rsidRDefault="003B47EE">
      <w:r>
        <w:t>Athletes will fire two (2) ISSF qualification courses of fire during the 2026 USA Shooting Shotgun Fall Selections Match.</w:t>
      </w:r>
    </w:p>
    <w:p w14:paraId="4C03B7F4" w14:textId="77777777" w:rsidR="00384195" w:rsidRDefault="003B47EE">
      <w:r>
        <w:t>For selection purposes, qualification scores fired at the 2026 USA Shooting National Championships and the 2026 USA Shooting Shotgun Fall Selections Match will be combined to create a four (4) match aggregate qualification score.</w:t>
      </w:r>
    </w:p>
    <w:p w14:paraId="45B4D8AB" w14:textId="77777777" w:rsidR="00384195" w:rsidRDefault="003B47EE">
      <w:pPr>
        <w:pStyle w:val="Heading3"/>
      </w:pPr>
      <w:r>
        <w:t>Finals Qualification</w:t>
      </w:r>
    </w:p>
    <w:p w14:paraId="45E8E778" w14:textId="77777777" w:rsidR="00384195" w:rsidRDefault="003B47EE">
      <w:r>
        <w:t>The top eight (8) eligible athletes in each event will qualify for the Final based upon the aggregate of:</w:t>
      </w:r>
    </w:p>
    <w:p w14:paraId="1304CE26" w14:textId="77777777" w:rsidR="00384195" w:rsidRDefault="003B47EE">
      <w:pPr>
        <w:pStyle w:val="ListBullet"/>
      </w:pPr>
      <w:r>
        <w:t>Two (2) qualification scores fired at the 2026 USA Shooting National Championships; and</w:t>
      </w:r>
    </w:p>
    <w:p w14:paraId="3A653C55" w14:textId="77777777" w:rsidR="00384195" w:rsidRDefault="003B47EE">
      <w:pPr>
        <w:pStyle w:val="ListBullet"/>
      </w:pPr>
      <w:r>
        <w:t>Two (2) qualification scores fired at the 2026 USA Shooting Shotgun Fall Selections Match.</w:t>
      </w:r>
    </w:p>
    <w:p w14:paraId="58C84904" w14:textId="77777777" w:rsidR="00384195" w:rsidRDefault="003B47EE">
      <w:pPr>
        <w:pStyle w:val="Heading3"/>
      </w:pPr>
      <w:r>
        <w:t>Finals Format</w:t>
      </w:r>
    </w:p>
    <w:p w14:paraId="16A60AE1" w14:textId="63505DB3" w:rsidR="00384195" w:rsidRDefault="00CE4336">
      <w:r>
        <w:t xml:space="preserve">Open </w:t>
      </w:r>
      <w:r w:rsidR="003B47EE">
        <w:t xml:space="preserve">Finals will be conducted using the current ISSF Elimination Finals format and </w:t>
      </w:r>
      <w:r w:rsidR="00ED1488">
        <w:t>t</w:t>
      </w:r>
      <w:r w:rsidR="003B47EE">
        <w:t>he 2026 Selection Procedures.</w:t>
      </w:r>
    </w:p>
    <w:p w14:paraId="7AFC06D8" w14:textId="6CD06D4A" w:rsidR="00384195" w:rsidRDefault="00CE4336">
      <w:r>
        <w:t xml:space="preserve">Open </w:t>
      </w:r>
      <w:r w:rsidR="00E22548">
        <w:t>Finals points will be awarded to the 1</w:t>
      </w:r>
      <w:r w:rsidR="00E22548" w:rsidRPr="00E22548">
        <w:rPr>
          <w:vertAlign w:val="superscript"/>
        </w:rPr>
        <w:t>st</w:t>
      </w:r>
      <w:r w:rsidR="00E22548">
        <w:t>-3</w:t>
      </w:r>
      <w:r w:rsidR="00E22548" w:rsidRPr="00E22548">
        <w:rPr>
          <w:vertAlign w:val="superscript"/>
        </w:rPr>
        <w:t>rd</w:t>
      </w:r>
      <w:r w:rsidR="00E22548">
        <w:t xml:space="preserve"> place athletes. 1</w:t>
      </w:r>
      <w:r w:rsidR="00E22548" w:rsidRPr="00E22548">
        <w:rPr>
          <w:vertAlign w:val="superscript"/>
        </w:rPr>
        <w:t>st</w:t>
      </w:r>
      <w:r w:rsidR="00E22548">
        <w:t xml:space="preserve"> place will receive 3 points, 2</w:t>
      </w:r>
      <w:r w:rsidR="00E22548" w:rsidRPr="00E22548">
        <w:rPr>
          <w:vertAlign w:val="superscript"/>
        </w:rPr>
        <w:t>nd</w:t>
      </w:r>
      <w:r w:rsidR="00E22548">
        <w:t xml:space="preserve"> place will receive 2 points and 3</w:t>
      </w:r>
      <w:r w:rsidR="00E22548" w:rsidRPr="00E22548">
        <w:rPr>
          <w:vertAlign w:val="superscript"/>
        </w:rPr>
        <w:t>rd</w:t>
      </w:r>
      <w:r w:rsidR="00E22548">
        <w:t xml:space="preserve"> place will receive 1 point added to their </w:t>
      </w:r>
      <w:r w:rsidR="000967B2">
        <w:t>aggregate score for team selection.</w:t>
      </w:r>
    </w:p>
    <w:p w14:paraId="4D245F6D" w14:textId="3D677710" w:rsidR="00384195" w:rsidRDefault="003B47EE">
      <w:r>
        <w:t xml:space="preserve">The Selection Final will determine Open Category award placement and will be used in calculating final team selection rankings in accordance with the 2026 USA Shooting </w:t>
      </w:r>
      <w:r w:rsidR="0029087C">
        <w:t xml:space="preserve">Shotgun </w:t>
      </w:r>
      <w:r>
        <w:t>Selection Procedures.</w:t>
      </w:r>
    </w:p>
    <w:p w14:paraId="076DB450" w14:textId="77777777" w:rsidR="00384195" w:rsidRDefault="003B47EE">
      <w:r>
        <w:t>Final rankings used for team selection will be determined by the combined total of:</w:t>
      </w:r>
    </w:p>
    <w:p w14:paraId="16AB2121" w14:textId="77777777" w:rsidR="00384195" w:rsidRDefault="003B47EE">
      <w:pPr>
        <w:pStyle w:val="ListBullet"/>
      </w:pPr>
      <w:r>
        <w:t>Two (2) qualification scores from the 2026 USA Shooting National Championships;</w:t>
      </w:r>
    </w:p>
    <w:p w14:paraId="3E22AE14" w14:textId="77777777" w:rsidR="00384195" w:rsidRDefault="003B47EE">
      <w:pPr>
        <w:pStyle w:val="ListBullet"/>
      </w:pPr>
      <w:r>
        <w:t>Two (2) qualification scores from the 2026 USA Shooting Shotgun Fall Selections Match; and</w:t>
      </w:r>
    </w:p>
    <w:p w14:paraId="537D0CDB" w14:textId="118C4604" w:rsidR="00384195" w:rsidRDefault="00340C5D">
      <w:pPr>
        <w:pStyle w:val="ListBullet"/>
      </w:pPr>
      <w:r>
        <w:t xml:space="preserve">Finals points from </w:t>
      </w:r>
      <w:r w:rsidR="003B47EE">
        <w:t>One (1) Final from the 2026 USA Shooting Shotgun Fall Selections Match.</w:t>
      </w:r>
    </w:p>
    <w:p w14:paraId="2B7A447B" w14:textId="77777777" w:rsidR="00D41E63" w:rsidRDefault="00D41E63" w:rsidP="00D41E63">
      <w:pPr>
        <w:pStyle w:val="ListBullet"/>
        <w:numPr>
          <w:ilvl w:val="0"/>
          <w:numId w:val="0"/>
        </w:numPr>
        <w:ind w:left="360" w:hanging="360"/>
      </w:pPr>
    </w:p>
    <w:p w14:paraId="38FAA50C" w14:textId="1A5A7711" w:rsidR="00D41E63" w:rsidRDefault="00D41E63" w:rsidP="00242716">
      <w:r>
        <w:t xml:space="preserve">All other </w:t>
      </w:r>
      <w:r w:rsidR="00CE4336">
        <w:t>finals will be conducted using the current ISSF Elimination Finals</w:t>
      </w:r>
      <w:r w:rsidR="00242716">
        <w:t xml:space="preserve"> and utilize the qualification score </w:t>
      </w:r>
      <w:r w:rsidR="006947BC">
        <w:t xml:space="preserve">from the current match </w:t>
      </w:r>
      <w:r w:rsidR="00242716">
        <w:t>to select finalists.</w:t>
      </w:r>
    </w:p>
    <w:p w14:paraId="7FBB391E" w14:textId="77777777" w:rsidR="00384195" w:rsidRDefault="003B47EE">
      <w:pPr>
        <w:pStyle w:val="Heading2"/>
      </w:pPr>
      <w:r>
        <w:lastRenderedPageBreak/>
        <w:t>Award Categories</w:t>
      </w:r>
    </w:p>
    <w:p w14:paraId="4C8B238B" w14:textId="77777777" w:rsidR="00384195" w:rsidRDefault="003B47EE">
      <w:pPr>
        <w:pStyle w:val="Heading3"/>
      </w:pPr>
      <w:r>
        <w:t>Open Category Awards</w:t>
      </w:r>
    </w:p>
    <w:p w14:paraId="10DF57DA" w14:textId="77777777" w:rsidR="00384195" w:rsidRDefault="003B47EE">
      <w:r>
        <w:t>Open Category awards will be determined by the final standings at the conclusion of the Fall Selection Final.</w:t>
      </w:r>
    </w:p>
    <w:p w14:paraId="6339FD31" w14:textId="77777777" w:rsidR="00384195" w:rsidRDefault="003B47EE">
      <w:pPr>
        <w:pStyle w:val="Heading3"/>
      </w:pPr>
      <w:r>
        <w:t>Junior Category Awards</w:t>
      </w:r>
    </w:p>
    <w:p w14:paraId="42B32714" w14:textId="763DCD7E" w:rsidR="00384195" w:rsidRDefault="0029087C">
      <w:r>
        <w:t>Junior Awards will be determined based off of the Junior Final placements.</w:t>
      </w:r>
    </w:p>
    <w:p w14:paraId="771391B6" w14:textId="77777777" w:rsidR="00384195" w:rsidRDefault="003B47EE">
      <w:pPr>
        <w:pStyle w:val="Heading2"/>
      </w:pPr>
      <w:r>
        <w:t>Rules</w:t>
      </w:r>
    </w:p>
    <w:p w14:paraId="44C9DB31" w14:textId="7C5CC657" w:rsidR="00384195" w:rsidRDefault="003B47EE">
      <w:r>
        <w:t xml:space="preserve">USA Shooting Rules, ISSF Rules, Match Director Bulletins, and the 2026 USA Shooting </w:t>
      </w:r>
      <w:r w:rsidR="0029087C">
        <w:t>Shotgun</w:t>
      </w:r>
      <w:r>
        <w:t xml:space="preserve"> Selection Procedures will govern this competition. All competitors are responsible for knowing and complying with these rules and procedures.</w:t>
      </w:r>
    </w:p>
    <w:p w14:paraId="0EEACC2F" w14:textId="77777777" w:rsidR="00384195" w:rsidRDefault="003B47EE">
      <w:r>
        <w:t>Links to the ISSF Rulebook are available below:</w:t>
      </w:r>
    </w:p>
    <w:p w14:paraId="60A7D155" w14:textId="77777777" w:rsidR="00384195" w:rsidRDefault="003B47EE">
      <w:hyperlink r:id="rId15" w:history="1">
        <w:r w:rsidRPr="0051752A">
          <w:rPr>
            <w:rStyle w:val="Hyperlink"/>
          </w:rPr>
          <w:t>https://backoffice.issf-sports.org/getfile.aspx?mod=docf&amp;pane=1&amp;inst=455&amp;file=ISSF-Rule-Book-2026-Edition-2025-First-Print-12-2025-Effective-1-January-2026.pdf</w:t>
        </w:r>
      </w:hyperlink>
    </w:p>
    <w:p w14:paraId="211694CE" w14:textId="77777777" w:rsidR="00384195" w:rsidRDefault="003B47EE">
      <w:pPr>
        <w:pStyle w:val="Heading2"/>
      </w:pPr>
      <w:r>
        <w:t>Equipment</w:t>
      </w:r>
    </w:p>
    <w:p w14:paraId="2DA09616" w14:textId="709413CD" w:rsidR="0029087C" w:rsidRDefault="003B47EE">
      <w:r>
        <w:t>Equipment legality consultation will be available before each event. Please ask a Range Official if you have questions regarding equipment compliance.</w:t>
      </w:r>
    </w:p>
    <w:p w14:paraId="3440BE2C" w14:textId="77777777" w:rsidR="0029087C" w:rsidRDefault="0029087C">
      <w:pPr>
        <w:pStyle w:val="Heading2"/>
      </w:pPr>
      <w:r>
        <w:t>Clothing</w:t>
      </w:r>
    </w:p>
    <w:p w14:paraId="6A1D7FD0" w14:textId="7034EACF" w:rsidR="0029087C" w:rsidRPr="0029087C" w:rsidRDefault="0029087C" w:rsidP="0029087C">
      <w:r>
        <w:t>Kaki, Jean, and Green clothing will be allowed at this competition.</w:t>
      </w:r>
      <w:r w:rsidR="00F96E27">
        <w:t xml:space="preserve"> No religious, or political propaganda will be allowed.</w:t>
      </w:r>
    </w:p>
    <w:p w14:paraId="305906E9" w14:textId="5AEC3F2E" w:rsidR="00384195" w:rsidRDefault="003B47EE">
      <w:pPr>
        <w:pStyle w:val="Heading2"/>
      </w:pPr>
      <w:r>
        <w:t>Team Selection</w:t>
      </w:r>
    </w:p>
    <w:p w14:paraId="3FF1EBA1" w14:textId="77777777" w:rsidR="00384195" w:rsidRDefault="003B47EE">
      <w:r>
        <w:t>Team selection rankings for all three competitions will be determined in accordance with the 2026 USA Shooting Rifle Selection Procedures.</w:t>
      </w:r>
    </w:p>
    <w:p w14:paraId="3EE95714" w14:textId="77777777" w:rsidR="00384195" w:rsidRDefault="003B47EE">
      <w:r>
        <w:t>Only the Top Eight (8) Finalists in each event will be eligible for nomination to these teams.</w:t>
      </w:r>
    </w:p>
    <w:p w14:paraId="18BE8112" w14:textId="77777777" w:rsidR="007840C0" w:rsidRDefault="007840C0" w:rsidP="00AB43B7">
      <w:pPr>
        <w:pStyle w:val="ListParagraph"/>
        <w:numPr>
          <w:ilvl w:val="0"/>
          <w:numId w:val="10"/>
        </w:numPr>
      </w:pPr>
      <w:r>
        <w:t>The qualification scores fired during the 2026 USA Shooting Shotgun Fall Selections Match will carry forward into the next National Team selection match and will be combined with the next selection match scores.</w:t>
      </w:r>
    </w:p>
    <w:p w14:paraId="6EA628C4" w14:textId="6D640839" w:rsidR="009D6DF1" w:rsidRPr="007840C0" w:rsidRDefault="009D6DF1" w:rsidP="009D6DF1">
      <w:r>
        <w:t>Junior National Team Selection</w:t>
      </w:r>
      <w:r w:rsidR="00346159">
        <w:t>:</w:t>
      </w:r>
      <w:r>
        <w:t xml:space="preserve"> this competition is the first stage</w:t>
      </w:r>
      <w:r w:rsidR="00346159">
        <w:t xml:space="preserve"> in selecting </w:t>
      </w:r>
      <w:r w:rsidR="00567104">
        <w:t>the</w:t>
      </w:r>
      <w:r w:rsidR="00346159">
        <w:t xml:space="preserve"> 2027 Junior National Team.</w:t>
      </w:r>
    </w:p>
    <w:p w14:paraId="4D6DCB35" w14:textId="77777777" w:rsidR="00384195" w:rsidRDefault="003B47EE">
      <w:pPr>
        <w:pStyle w:val="Heading2"/>
      </w:pPr>
      <w:r>
        <w:t>Protests</w:t>
      </w:r>
    </w:p>
    <w:p w14:paraId="08198095" w14:textId="77777777" w:rsidR="00384195" w:rsidRDefault="003B47EE">
      <w:r>
        <w:t>A fee of $50.00 will be charged for protests. An official Protest Form must accompany any protest. Protest forms are available on ISSF Website.</w:t>
      </w:r>
    </w:p>
    <w:p w14:paraId="55667CD0" w14:textId="77777777" w:rsidR="00384195" w:rsidRDefault="003B47EE">
      <w:pPr>
        <w:pStyle w:val="Heading2"/>
      </w:pPr>
      <w:r>
        <w:t>Officiating</w:t>
      </w:r>
    </w:p>
    <w:p w14:paraId="57CF299A" w14:textId="77777777" w:rsidR="00384195" w:rsidRDefault="003B47EE">
      <w:r>
        <w:t>Juries will be appointed and convened as required to resolve any protest. The jury will resolve any scoring challenges. Decisions of the jury are final.</w:t>
      </w:r>
    </w:p>
    <w:p w14:paraId="417BE451" w14:textId="77777777" w:rsidR="00384195" w:rsidRDefault="003B47EE">
      <w:pPr>
        <w:pStyle w:val="Heading2"/>
      </w:pPr>
      <w:r>
        <w:t>Travel</w:t>
      </w:r>
    </w:p>
    <w:p w14:paraId="48F2DC6E" w14:textId="3920FCB0" w:rsidR="00384195" w:rsidRDefault="003B47EE">
      <w:r>
        <w:t xml:space="preserve">Competitors are responsible for making their own travel and hotel arrangements. Nearby airports are Colorado Springs (COS), and Denver (DEN). </w:t>
      </w:r>
    </w:p>
    <w:p w14:paraId="177B1413" w14:textId="77777777" w:rsidR="00EB4764" w:rsidRDefault="00EB4764" w:rsidP="00EB4764">
      <w:pPr>
        <w:pStyle w:val="Heading2"/>
      </w:pPr>
      <w:r>
        <w:lastRenderedPageBreak/>
        <w:t>Anti-Doping</w:t>
      </w:r>
    </w:p>
    <w:p w14:paraId="67BDEB80" w14:textId="57D59429" w:rsidR="00EB4764" w:rsidRDefault="00EB4764" w:rsidP="00EB4764">
      <w:r>
        <w:t>This event</w:t>
      </w:r>
      <w:r w:rsidRPr="000B5577">
        <w:t xml:space="preserve"> </w:t>
      </w:r>
      <w:r>
        <w:t>is</w:t>
      </w:r>
      <w:r w:rsidRPr="000B5577">
        <w:t xml:space="preserve"> subject to </w:t>
      </w:r>
      <w:r>
        <w:t>d</w:t>
      </w:r>
      <w:r w:rsidRPr="000B5577">
        <w:t xml:space="preserve">oping </w:t>
      </w:r>
      <w:r>
        <w:t>c</w:t>
      </w:r>
      <w:r w:rsidRPr="000B5577">
        <w:t xml:space="preserve">ontrol. All athletes at this competition are subject to drug testing conducted by the United States Anti-Doping Agency (USADA), </w:t>
      </w:r>
      <w:r>
        <w:t>World Anti-Doping Agency (</w:t>
      </w:r>
      <w:r w:rsidRPr="000B5577">
        <w:t>WADA</w:t>
      </w:r>
      <w:r>
        <w:t>)</w:t>
      </w:r>
      <w:r w:rsidRPr="000B5577">
        <w:t xml:space="preserve">, and/or </w:t>
      </w:r>
      <w:r>
        <w:t>the International Federation (IF)</w:t>
      </w:r>
      <w:r w:rsidRPr="000B5577">
        <w:t xml:space="preserve"> under </w:t>
      </w:r>
      <w:r>
        <w:t>an in-c</w:t>
      </w:r>
      <w:r w:rsidRPr="000B5577">
        <w:t xml:space="preserve">ompetition </w:t>
      </w:r>
      <w:r>
        <w:t>t</w:t>
      </w:r>
      <w:r w:rsidRPr="000B5577">
        <w:t xml:space="preserve">esting program. </w:t>
      </w:r>
    </w:p>
    <w:p w14:paraId="0CDF2025" w14:textId="77777777" w:rsidR="00384195" w:rsidRDefault="003B47EE">
      <w:pPr>
        <w:pStyle w:val="Heading2"/>
      </w:pPr>
      <w:r>
        <w:t>Volunteers</w:t>
      </w:r>
    </w:p>
    <w:p w14:paraId="66E0DD31" w14:textId="77777777" w:rsidR="00384195" w:rsidRDefault="003B47EE">
      <w:r>
        <w:t>Volunteers are a HUGE part of our success. Please take the time to thank our Range Officials - we truly could not host this event without them. If you are interested in helping with this match or others, please contact Ashley MacAllister for details on how to get involved.</w:t>
      </w:r>
    </w:p>
    <w:p w14:paraId="5B929204" w14:textId="77777777" w:rsidR="00384195" w:rsidRDefault="003B47EE">
      <w:pPr>
        <w:pStyle w:val="Heading2"/>
      </w:pPr>
      <w:r>
        <w:t>Subject To Change</w:t>
      </w:r>
    </w:p>
    <w:p w14:paraId="20F88EE7"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7A8EF986" w14:textId="77777777" w:rsidR="00384195" w:rsidRDefault="003B47EE">
      <w:r>
        <w:t>USA Shooting is not responsible for missed flights, airline change fees, missed relays, etc. Please keep this in mind when making your travel arrangements and schedules.</w:t>
      </w:r>
    </w:p>
    <w:p w14:paraId="5A078011" w14:textId="77777777" w:rsidR="00384195" w:rsidRDefault="003B47EE">
      <w:pPr>
        <w:pStyle w:val="Heading2"/>
      </w:pPr>
      <w:r>
        <w:t>Contact Information</w:t>
      </w:r>
    </w:p>
    <w:p w14:paraId="6CC8E5B6" w14:textId="77777777" w:rsidR="00384195" w:rsidRDefault="003B47EE">
      <w:r>
        <w:t>If you have any questions, please email ashley.macallister@usashooting.org</w:t>
      </w:r>
    </w:p>
    <w:p w14:paraId="722179A4" w14:textId="77777777" w:rsidR="00C16444" w:rsidRDefault="00602A75">
      <w:r>
        <w:br w:type="page"/>
      </w:r>
    </w:p>
    <w:p w14:paraId="0944729B" w14:textId="77777777" w:rsidR="00C16444" w:rsidRDefault="00602A75">
      <w:pPr>
        <w:pStyle w:val="Heading1"/>
      </w:pPr>
      <w:r>
        <w:lastRenderedPageBreak/>
        <w:t>Military Installation Access &amp; Arrival Information</w:t>
      </w:r>
    </w:p>
    <w:p w14:paraId="21ED58B0" w14:textId="77777777" w:rsidR="00C16444" w:rsidRDefault="00602A75">
      <w:r>
        <w:t>All athletes, coaches, officials, and spectators must obtain Fort Carson installation access before arriving.</w:t>
      </w:r>
      <w:r>
        <w:br/>
      </w:r>
      <w:r>
        <w:br/>
        <w:t>Event Access: https://pass.aie.army.mil/?b=usa&amp;i=carson&amp;e=VTV3ZMQP</w:t>
      </w:r>
      <w:r>
        <w:br/>
        <w:t>Visitors with a REAL ID or U.S. Passport may register online. Military ID holders do not require a pass. International visitors and visitors without a REAL ID must report to Gate 1 Visitor Center before entering Gate 7.</w:t>
      </w:r>
      <w:r>
        <w:br/>
      </w:r>
      <w:r>
        <w:br/>
        <w:t>Practice begins August 21, 2026, daily 9:00 AM–4:00 PM. Gate 7 opens at 9:00 AM. Assistance: Brent McPherson (719)651-3108; Dwayne Weger (214)505-3379; Mike Axelrod (808)225-8266.</w:t>
      </w:r>
    </w:p>
    <w:sectPr w:rsidR="00C16444" w:rsidSect="00034616">
      <w:headerReference w:type="default" r:id="rId16"/>
      <w:footerReference w:type="default" r:id="rId17"/>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9DE2D" w14:textId="77777777" w:rsidR="00C8335A" w:rsidRDefault="00C8335A">
      <w:pPr>
        <w:spacing w:after="0" w:line="240" w:lineRule="auto"/>
      </w:pPr>
      <w:r>
        <w:separator/>
      </w:r>
    </w:p>
  </w:endnote>
  <w:endnote w:type="continuationSeparator" w:id="0">
    <w:p w14:paraId="08248E49" w14:textId="77777777" w:rsidR="00C8335A" w:rsidRDefault="00C83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17B" w14:textId="2A85917F" w:rsidR="00384195" w:rsidRDefault="003B47EE">
    <w:pPr>
      <w:pStyle w:val="Footer"/>
      <w:jc w:val="center"/>
    </w:pPr>
    <w:r>
      <w:t xml:space="preserve">USA Shooting | 2026 </w:t>
    </w:r>
    <w:r w:rsidR="00243632">
      <w:t>Shotgun</w:t>
    </w:r>
    <w:r>
      <w:t xml:space="preserv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629B" w14:textId="77777777" w:rsidR="00C8335A" w:rsidRDefault="00C8335A">
      <w:pPr>
        <w:spacing w:after="0" w:line="240" w:lineRule="auto"/>
      </w:pPr>
      <w:r>
        <w:separator/>
      </w:r>
    </w:p>
  </w:footnote>
  <w:footnote w:type="continuationSeparator" w:id="0">
    <w:p w14:paraId="3019DA96" w14:textId="77777777" w:rsidR="00C8335A" w:rsidRDefault="00C83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2339"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FB"/>
    <w:rsid w:val="00034616"/>
    <w:rsid w:val="0004541D"/>
    <w:rsid w:val="0006063C"/>
    <w:rsid w:val="000967B2"/>
    <w:rsid w:val="0011357F"/>
    <w:rsid w:val="0015074B"/>
    <w:rsid w:val="00242716"/>
    <w:rsid w:val="00243632"/>
    <w:rsid w:val="0029087C"/>
    <w:rsid w:val="0029639D"/>
    <w:rsid w:val="002B7F25"/>
    <w:rsid w:val="00326F90"/>
    <w:rsid w:val="00327EEF"/>
    <w:rsid w:val="00340C5D"/>
    <w:rsid w:val="00346159"/>
    <w:rsid w:val="00384195"/>
    <w:rsid w:val="003B47EE"/>
    <w:rsid w:val="003D7C07"/>
    <w:rsid w:val="003F609D"/>
    <w:rsid w:val="00426490"/>
    <w:rsid w:val="00467DB1"/>
    <w:rsid w:val="0049410A"/>
    <w:rsid w:val="004F725E"/>
    <w:rsid w:val="0051752A"/>
    <w:rsid w:val="00540D3B"/>
    <w:rsid w:val="00567104"/>
    <w:rsid w:val="005F114D"/>
    <w:rsid w:val="00602A75"/>
    <w:rsid w:val="006446E7"/>
    <w:rsid w:val="0066157C"/>
    <w:rsid w:val="006947BC"/>
    <w:rsid w:val="006C06D2"/>
    <w:rsid w:val="0073115E"/>
    <w:rsid w:val="00731E58"/>
    <w:rsid w:val="0076511E"/>
    <w:rsid w:val="007840C0"/>
    <w:rsid w:val="007E6720"/>
    <w:rsid w:val="00800325"/>
    <w:rsid w:val="009B6B1F"/>
    <w:rsid w:val="009D6DF1"/>
    <w:rsid w:val="009F3DA7"/>
    <w:rsid w:val="00AA1D8D"/>
    <w:rsid w:val="00AB43B7"/>
    <w:rsid w:val="00B47730"/>
    <w:rsid w:val="00B525D8"/>
    <w:rsid w:val="00BD2E20"/>
    <w:rsid w:val="00C16444"/>
    <w:rsid w:val="00C5703B"/>
    <w:rsid w:val="00C8335A"/>
    <w:rsid w:val="00C92E97"/>
    <w:rsid w:val="00CB0664"/>
    <w:rsid w:val="00CB7951"/>
    <w:rsid w:val="00CE4336"/>
    <w:rsid w:val="00D20302"/>
    <w:rsid w:val="00D41E63"/>
    <w:rsid w:val="00D8603A"/>
    <w:rsid w:val="00D8721B"/>
    <w:rsid w:val="00D920E8"/>
    <w:rsid w:val="00E22548"/>
    <w:rsid w:val="00E87AE9"/>
    <w:rsid w:val="00EB4764"/>
    <w:rsid w:val="00ED1488"/>
    <w:rsid w:val="00F13788"/>
    <w:rsid w:val="00F914C6"/>
    <w:rsid w:val="00F96E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73FEC"/>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 w:type="character" w:styleId="FollowedHyperlink">
    <w:name w:val="FollowedHyperlink"/>
    <w:basedOn w:val="DefaultParagraphFont"/>
    <w:uiPriority w:val="99"/>
    <w:semiHidden/>
    <w:unhideWhenUsed/>
    <w:rsid w:val="00243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ashooting.org/resource-center/%23category-safes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centerforsafesport.org/training-and-education/minor-athlete-abuse-prevention-policies/" TargetMode="External"/><Relationship Id="rId5" Type="http://schemas.openxmlformats.org/officeDocument/2006/relationships/webSettings" Target="webSettings.xml"/><Relationship Id="rId15" Type="http://schemas.openxmlformats.org/officeDocument/2006/relationships/hyperlink" Target="https://backoffice.issf-sports.org/getfile.aspx?mod=docf&amp;pane=1&amp;inst=455&amp;file=ISSF-Rule-Book-2026-Edition-2025-Second-Print-07-2026-Effective-1-July-2026.pdf" TargetMode="External"/><Relationship Id="rId10" Type="http://schemas.openxmlformats.org/officeDocument/2006/relationships/hyperlink" Target="https://usashooting.sport80.com/ho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ashooting.org/get-involved/events/"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22</cp:revision>
  <dcterms:created xsi:type="dcterms:W3CDTF">2026-07-25T01:26:00Z</dcterms:created>
  <dcterms:modified xsi:type="dcterms:W3CDTF">2026-08-07T12:57:00Z</dcterms:modified>
  <cp:category/>
</cp:coreProperties>
</file>